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160"/>
        <w:jc w:val="center"/>
      </w:pPr>
      <w:r>
        <w:rPr>
          <w:b/>
          <w:sz w:val="28"/>
        </w:rPr>
        <w:t>ANEXO DE PRÓRROGA DE CONTRATO DE ARRENDAMIENTO DE VIVIENDA</w:t>
      </w:r>
    </w:p>
    <w:p>
      <w:pPr>
        <w:spacing w:after="160" w:line="276" w:lineRule="auto"/>
      </w:pPr>
      <w:r>
        <w:t>En ______________________________, a ___ de __________________ de 20__.</w:t>
      </w:r>
    </w:p>
    <w:p>
      <w:pPr>
        <w:spacing w:before="240" w:after="80"/>
      </w:pPr>
      <w:r>
        <w:rPr>
          <w:b/>
          <w:sz w:val="23"/>
        </w:rPr>
        <w:t>REUNIDOS</w:t>
      </w:r>
    </w:p>
    <w:p>
      <w:pPr>
        <w:spacing w:after="160" w:line="276" w:lineRule="auto"/>
        <w:jc w:val="both"/>
      </w:pPr>
      <w:r>
        <w:t>De una parte, D./Dña. ____________________________________, mayor de edad, con DNI/NIE número __________________, en su condición de PERSONA ARRENDADORA de la vivienda sita en ________________________________________, en virtud del contrato de arrendamiento suscrito con fecha ___ de __________________ de 20__ (en adelante, el «contrato original»).</w:t>
      </w:r>
    </w:p>
    <w:p>
      <w:pPr>
        <w:spacing w:after="160" w:line="276" w:lineRule="auto"/>
        <w:jc w:val="both"/>
      </w:pPr>
      <w:r>
        <w:t>De otra parte, D./Dña. ____________________________________, mayor de edad, con DNI/NIE número __________________, en su condición de PERSONA ARRENDATARIA del citado inmueble.</w:t>
      </w:r>
    </w:p>
    <w:p>
      <w:pPr>
        <w:spacing w:after="160" w:line="276" w:lineRule="auto"/>
        <w:jc w:val="both"/>
      </w:pPr>
      <w:r>
        <w:t>Ambas partes se reconocen mutuamente la capacidad legal necesaria para suscribir el presente anexo y, a tal efecto,</w:t>
      </w:r>
    </w:p>
    <w:p>
      <w:pPr>
        <w:spacing w:before="240" w:after="80"/>
      </w:pPr>
      <w:r>
        <w:rPr>
          <w:b/>
          <w:sz w:val="23"/>
        </w:rPr>
        <w:t>EXPONEN</w:t>
      </w:r>
    </w:p>
    <w:p>
      <w:pPr>
        <w:spacing w:after="160" w:line="276" w:lineRule="auto"/>
        <w:jc w:val="both"/>
      </w:pPr>
      <w:r>
        <w:t>I. Que con fecha ___ de __________________ de 20__ suscribieron contrato de arrendamiento sobre la vivienda sita en ________________________________________, con una duración inicial pactada de ___ años, cuya vigencia finaliza el ___ de __________________ de 20__.</w:t>
      </w:r>
    </w:p>
    <w:p>
      <w:pPr>
        <w:spacing w:after="160" w:line="276" w:lineRule="auto"/>
        <w:jc w:val="both"/>
      </w:pPr>
      <w:r>
        <w:t>II. Que ambas partes, de mutuo acuerdo, desean prorrogar la duración del contrato original en los términos que se recogen a continuación.</w:t>
      </w:r>
    </w:p>
    <w:p>
      <w:pPr>
        <w:spacing w:after="160" w:line="276" w:lineRule="auto"/>
        <w:jc w:val="both"/>
      </w:pPr>
      <w:r>
        <w:t>Por lo expuesto, ambas partes</w:t>
      </w:r>
    </w:p>
    <w:p>
      <w:pPr>
        <w:spacing w:before="240" w:after="80"/>
      </w:pPr>
      <w:r>
        <w:rPr>
          <w:b/>
          <w:sz w:val="23"/>
        </w:rPr>
        <w:t>ACUERDAN</w:t>
      </w:r>
    </w:p>
    <w:p>
      <w:pPr>
        <w:spacing w:before="240" w:after="80"/>
      </w:pPr>
      <w:r>
        <w:rPr>
          <w:b/>
          <w:sz w:val="23"/>
        </w:rPr>
        <w:t>PRIMERA. Objeto de la prórroga</w:t>
      </w:r>
    </w:p>
    <w:p>
      <w:pPr>
        <w:spacing w:after="160" w:line="276" w:lineRule="auto"/>
        <w:jc w:val="both"/>
      </w:pPr>
      <w:r>
        <w:t>Prorrogar la duración del contrato de arrendamiento referido en el expositivo I por un periodo de __________, que se extenderá desde el ___ de __________________ de 20__ hasta el ___ de __________________ de 20__.</w:t>
      </w:r>
    </w:p>
    <w:p>
      <w:pPr>
        <w:spacing w:before="240" w:after="80"/>
      </w:pPr>
      <w:r>
        <w:rPr>
          <w:b/>
          <w:sz w:val="23"/>
        </w:rPr>
        <w:t>SEGUNDA. Renta</w:t>
      </w:r>
    </w:p>
    <w:p>
      <w:pPr>
        <w:spacing w:after="160" w:line="276" w:lineRule="auto"/>
        <w:jc w:val="both"/>
      </w:pPr>
      <w:r>
        <w:t>La renta mensual durante el periodo de prórroga queda fijada en __________ euros (          €), sin perjuicio de la actualización que, en su caso, corresponda aplicar conforme a lo pactado en el contrato original o a la legislación vigente en materia de arrendamientos urbanos.</w:t>
      </w:r>
    </w:p>
    <w:p>
      <w:pPr>
        <w:spacing w:before="240" w:after="80"/>
      </w:pPr>
      <w:r>
        <w:rPr>
          <w:b/>
          <w:sz w:val="23"/>
        </w:rPr>
        <w:t>TERCERA. Vigencia del resto de condiciones</w:t>
      </w:r>
    </w:p>
    <w:p>
      <w:pPr>
        <w:spacing w:after="160" w:line="276" w:lineRule="auto"/>
        <w:jc w:val="both"/>
      </w:pPr>
      <w:r>
        <w:t>El resto de cláusulas y condiciones pactadas en el contrato de arrendamiento original de fecha ___ de __________________ de 20__ se mantienen en vigor sin modificación alguna, quedando el presente documento incorporado a aquel como anexo.</w:t>
      </w:r>
    </w:p>
    <w:p>
      <w:pPr>
        <w:spacing w:before="240" w:after="80"/>
      </w:pPr>
      <w:r>
        <w:rPr>
          <w:b/>
          <w:sz w:val="23"/>
        </w:rPr>
        <w:t>CUARTA. Ejemplares</w:t>
      </w:r>
    </w:p>
    <w:p>
      <w:pPr>
        <w:spacing w:after="160" w:line="276" w:lineRule="auto"/>
        <w:jc w:val="both"/>
      </w:pPr>
      <w:r>
        <w:t>El presente anexo se firma por duplicado y a un solo efecto, quedando un ejemplar en poder de cada una de las partes.</w:t>
      </w:r>
    </w:p>
    <w:p>
      <w:pPr>
        <w:spacing w:after="160" w:line="276" w:lineRule="auto"/>
        <w:jc w:val="both"/>
      </w:pPr>
      <w:r>
        <w:t>Y en prueba de conformidad con cuanto antecede, ambas partes firman el presente anexo en el lugar y fecha indicados en el encabezamiento.</w:t>
      </w:r>
    </w:p>
    <w:p>
      <w:pPr>
        <w:spacing w:before="48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pPr>
              <w:jc w:val="center"/>
            </w:pPr>
            <w:r>
              <w:rPr>
                <w:b/>
              </w:rPr>
              <w:t>LA PERSONA ARRENDADORA</w:t>
            </w:r>
          </w:p>
        </w:tc>
        <w:tc>
          <w:tcPr>
            <w:tcW w:type="dxa" w:w="4703"/>
          </w:tcPr>
          <w:p>
            <w:pPr>
              <w:jc w:val="center"/>
            </w:pPr>
            <w:r>
              <w:rPr>
                <w:b/>
              </w:rPr>
              <w:t>LA PERSONA ARRENDATARIA</w:t>
            </w:r>
          </w:p>
        </w:tc>
      </w:tr>
      <w:tr>
        <w:tc>
          <w:tcPr>
            <w:tcW w:type="dxa" w:w="4703"/>
          </w:tcPr>
          <w:p>
            <w:pPr>
              <w:jc w:val="center"/>
            </w:pPr>
            <w:r>
              <w:br/>
              <w:br/>
              <w:br/>
              <w:t>_____________________________</w:t>
            </w:r>
          </w:p>
        </w:tc>
        <w:tc>
          <w:tcPr>
            <w:tcW w:type="dxa" w:w="4703"/>
          </w:tcPr>
          <w:p>
            <w:pPr>
              <w:jc w:val="center"/>
            </w:pPr>
            <w:r>
              <w:br/>
              <w:br/>
              <w:br/>
              <w:t>_____________________________</w:t>
            </w:r>
          </w:p>
        </w:tc>
      </w:tr>
      <w:tr>
        <w:tc>
          <w:tcPr>
            <w:tcW w:type="dxa" w:w="4703"/>
          </w:tcPr>
          <w:p>
            <w:pPr>
              <w:jc w:val="center"/>
            </w:pPr>
            <w:r>
              <w:t>Fdo.: ____________________________</w:t>
            </w:r>
          </w:p>
        </w:tc>
        <w:tc>
          <w:tcPr>
            <w:tcW w:type="dxa" w:w="4703"/>
          </w:tcPr>
          <w:p>
            <w:pPr>
              <w:jc w:val="center"/>
            </w:pPr>
            <w:r>
              <w:t>Fdo.: ____________________________</w:t>
            </w:r>
          </w:p>
        </w:tc>
      </w:tr>
    </w:tbl>
    <w:p>
      <w:pPr>
        <w:spacing w:before="360"/>
      </w:pPr>
    </w:p>
    <w:p>
      <w:pPr>
        <w:jc w:val="center"/>
      </w:pPr>
      <w:r>
        <w:rPr>
          <w:i/>
          <w:color w:val="666666"/>
          <w:sz w:val="18"/>
        </w:rPr>
        <w:t>Plantilla ofrecida con fines informativos por dudaslegislativas.com. No sustituye el asesoramiento de una persona profesional del derecho para casos concretos.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