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AUTORIZACIÓN DE VIAJE PARA MENOR DE EDAD</w:t>
      </w:r>
    </w:p>
    <w:p>
      <w:pPr>
        <w:spacing w:after="160"/>
      </w:pPr>
      <w:r>
        <w:rPr>
          <w:b/>
        </w:rPr>
        <w:t>DATOS DEL PROGENITOR O TUTOR LEGAL QUE AUTORIZA</w:t>
      </w:r>
    </w:p>
    <w:p>
      <w:pPr>
        <w:spacing w:after="160"/>
      </w:pPr>
      <w:r>
        <w:rPr>
          <w:b w:val="0"/>
        </w:rPr>
        <w:t>Nombre y apellidos: _______________________________________________</w:t>
      </w:r>
    </w:p>
    <w:p>
      <w:pPr>
        <w:spacing w:after="160"/>
      </w:pPr>
      <w:r>
        <w:rPr>
          <w:b w:val="0"/>
        </w:rPr>
        <w:t>DNI/NIE: ________________________  Teléfono: ______________________</w:t>
      </w:r>
    </w:p>
    <w:p>
      <w:pPr>
        <w:spacing w:after="160"/>
      </w:pPr>
      <w:r>
        <w:rPr>
          <w:b w:val="0"/>
        </w:rPr>
        <w:t>Domicilio: _________________________________________________________</w:t>
      </w:r>
    </w:p>
    <w:p>
      <w:pPr>
        <w:spacing w:after="160"/>
      </w:pPr>
      <w:r>
        <w:rPr>
          <w:b w:val="0"/>
        </w:rPr>
        <w:t>En calidad de: ☐ Padre   ☐ Madre   ☐ Tutor/a legal</w:t>
      </w:r>
    </w:p>
    <w:p>
      <w:pPr>
        <w:spacing w:after="160"/>
      </w:pPr>
      <w:r>
        <w:rPr>
          <w:b/>
        </w:rPr>
        <w:t>DATOS DEL MENOR</w:t>
      </w:r>
    </w:p>
    <w:p>
      <w:pPr>
        <w:spacing w:after="160"/>
      </w:pPr>
      <w:r>
        <w:rPr>
          <w:b w:val="0"/>
        </w:rPr>
        <w:t>Nombre y apellidos: _______________________________________________</w:t>
      </w:r>
    </w:p>
    <w:p>
      <w:pPr>
        <w:spacing w:after="160"/>
      </w:pPr>
      <w:r>
        <w:rPr>
          <w:b w:val="0"/>
        </w:rPr>
        <w:t>Fecha de nacimiento: _____________  DNI/Pasaporte: _______________</w:t>
      </w:r>
    </w:p>
    <w:p>
      <w:pPr>
        <w:spacing w:after="160"/>
      </w:pPr>
      <w:r>
        <w:rPr>
          <w:b/>
        </w:rPr>
        <w:t>DATOS DE LA PERSONA CON QUIEN VIAJA EL MENOR</w:t>
      </w:r>
    </w:p>
    <w:p>
      <w:pPr>
        <w:spacing w:after="160"/>
      </w:pPr>
      <w:r>
        <w:rPr>
          <w:b w:val="0"/>
        </w:rPr>
        <w:t>(dejar en blanco si viaja solo)</w:t>
      </w:r>
    </w:p>
    <w:p>
      <w:pPr>
        <w:spacing w:after="160"/>
      </w:pPr>
      <w:r>
        <w:rPr>
          <w:b w:val="0"/>
        </w:rPr>
        <w:t>Nombre y apellidos: _______________________________________________</w:t>
      </w:r>
    </w:p>
    <w:p>
      <w:pPr>
        <w:spacing w:after="160"/>
      </w:pPr>
      <w:r>
        <w:rPr>
          <w:b w:val="0"/>
        </w:rPr>
        <w:t>DNI/Pasaporte: __________________  Relación con el menor: _________</w:t>
      </w:r>
    </w:p>
    <w:p>
      <w:pPr>
        <w:spacing w:after="160"/>
      </w:pPr>
      <w:r>
        <w:rPr>
          <w:b/>
        </w:rPr>
        <w:t>DATOS DEL VIAJE</w:t>
      </w:r>
    </w:p>
    <w:p>
      <w:pPr>
        <w:spacing w:after="160"/>
      </w:pPr>
      <w:r>
        <w:rPr>
          <w:b w:val="0"/>
        </w:rPr>
        <w:t>Destino: ____________________________________________________________</w:t>
      </w:r>
    </w:p>
    <w:p>
      <w:pPr>
        <w:spacing w:after="160"/>
      </w:pPr>
      <w:r>
        <w:rPr>
          <w:b w:val="0"/>
        </w:rPr>
        <w:t>Fecha de salida: _____________  Fecha de regreso: _________________</w:t>
      </w:r>
    </w:p>
    <w:p>
      <w:pPr>
        <w:spacing w:after="160"/>
      </w:pPr>
      <w:r>
        <w:rPr>
          <w:b w:val="0"/>
        </w:rPr>
        <w:t>Medio de transporte: _______________________________________________</w:t>
      </w:r>
    </w:p>
    <w:p>
      <w:pPr>
        <w:spacing w:after="160"/>
      </w:pPr>
      <w:r>
        <w:rPr>
          <w:b/>
        </w:rPr>
        <w:t>DECLARACIÓN</w:t>
      </w:r>
    </w:p>
    <w:p>
      <w:pPr>
        <w:spacing w:after="160"/>
      </w:pPr>
      <w:r>
        <w:rPr>
          <w:b w:val="0"/>
        </w:rPr>
        <w:t>El/la firmante, en su calidad de progenitor o tutor legal del menor arriba identificado, AUTORIZA expresamente su salida y viaje en los términos descritos, asumiendo que la persona acompañante (o, en su caso, la compañía de transporte) actuará en su representación durante el trayecto.</w:t>
      </w:r>
    </w:p>
    <w:p>
      <w:pPr>
        <w:spacing w:after="160"/>
      </w:pPr>
      <w:r>
        <w:rPr>
          <w:b w:val="0"/>
        </w:rPr>
        <w:t>Lugar y fecha: _____________________________, a ____ de _______________ de 20___</w:t>
      </w:r>
    </w:p>
    <w:p>
      <w:pPr>
        <w:spacing w:after="160"/>
      </w:pPr>
      <w:r>
        <w:rPr>
          <w:b w:val="0"/>
        </w:rPr>
      </w:r>
    </w:p>
    <w:p>
      <w:pPr>
        <w:spacing w:after="160"/>
      </w:pPr>
      <w:r>
        <w:rPr>
          <w:b w:val="0"/>
        </w:rPr>
        <w:t>Firma del progenitor o tutor que autoriza:</w:t>
      </w:r>
    </w:p>
    <w:p>
      <w:pPr>
        <w:spacing w:after="80"/>
      </w:pPr>
      <w:r>
        <w:t>_________________________</w:t>
      </w:r>
    </w:p>
    <w:p>
      <w:pPr>
        <w:spacing w:after="160"/>
      </w:pPr>
      <w:r>
        <w:rPr>
          <w:b w:val="0"/>
        </w:rPr>
      </w:r>
    </w:p>
    <w:p>
      <w:pPr>
        <w:spacing w:after="160"/>
      </w:pPr>
      <w:r>
        <w:rPr>
          <w:b/>
        </w:rPr>
        <w:t>ESPACIO RESERVADO PARA LA DILIGENCIA DE LEGALIZACIÓN (Guardia Civil, Policía Nacional o Notaría)</w:t>
      </w:r>
    </w:p>
    <w:p>
      <w:r>
        <w:t>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