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CONTRATO DE COMPRAVENTA DE VEHÍCULO ENTRE PARTICULARES</w:t>
      </w:r>
    </w:p>
    <w:p>
      <w:pPr>
        <w:spacing w:after="160"/>
      </w:pPr>
      <w:r>
        <w:rPr>
          <w:b w:val="0"/>
        </w:rPr>
        <w:t>En ______________________, a ____ de _______________ de 20___</w:t>
      </w:r>
    </w:p>
    <w:p>
      <w:pPr>
        <w:spacing w:after="160"/>
      </w:pPr>
      <w:r>
        <w:rPr>
          <w:b/>
        </w:rPr>
        <w:t>REUNIDOS</w:t>
      </w:r>
    </w:p>
    <w:p>
      <w:pPr>
        <w:spacing w:after="160"/>
      </w:pPr>
      <w:r>
        <w:rPr>
          <w:b w:val="0"/>
        </w:rPr>
        <w:t>De una parte, D./Dña. ___________________________________________, mayor de edad, con DNI/NIE n.º ______________, y domicilio en ____________________________________, en adelante EL VENDEDOR.</w:t>
      </w:r>
    </w:p>
    <w:p>
      <w:pPr>
        <w:spacing w:after="160"/>
      </w:pPr>
      <w:r>
        <w:rPr>
          <w:b w:val="0"/>
        </w:rPr>
        <w:t>De otra parte, D./Dña. ___________________________________________, mayor de edad, con DNI/NIE n.º ______________, y domicilio en ____________________________________, en adelante EL COMPRADOR.</w:t>
      </w:r>
    </w:p>
    <w:p>
      <w:pPr>
        <w:spacing w:after="160"/>
      </w:pPr>
      <w:r>
        <w:rPr>
          <w:b w:val="0"/>
        </w:rPr>
        <w:t>Ambas partes se reconocen mutua capacidad legal para contratar y obligarse, y en su virtud</w:t>
      </w:r>
    </w:p>
    <w:p>
      <w:pPr>
        <w:spacing w:after="160"/>
      </w:pPr>
      <w:r>
        <w:rPr>
          <w:b/>
        </w:rPr>
        <w:t>EXPONEN</w:t>
      </w:r>
    </w:p>
    <w:p>
      <w:pPr>
        <w:spacing w:after="160"/>
      </w:pPr>
      <w:r>
        <w:rPr>
          <w:b w:val="0"/>
        </w:rPr>
        <w:t>Que EL VENDEDOR es propietario del vehículo que se describe a continuación, y que ambas partes acuerdan formalizar su compraventa con arreglo a las siguientes</w:t>
      </w:r>
    </w:p>
    <w:p>
      <w:pPr>
        <w:spacing w:after="160"/>
      </w:pPr>
      <w:r>
        <w:rPr>
          <w:b w:val="0"/>
        </w:rPr>
        <w:t>Marca y modelo: ____________________________________________________</w:t>
      </w:r>
    </w:p>
    <w:p>
      <w:pPr>
        <w:spacing w:after="160"/>
      </w:pPr>
      <w:r>
        <w:rPr>
          <w:b w:val="0"/>
        </w:rPr>
        <w:t>Matrícula: _______________________  Bastidor (VIN): ________________</w:t>
      </w:r>
    </w:p>
    <w:p>
      <w:pPr>
        <w:spacing w:after="160"/>
      </w:pPr>
      <w:r>
        <w:rPr>
          <w:b w:val="0"/>
        </w:rPr>
        <w:t>Fecha de primera matriculación: __________  Kilómetros: ____________</w:t>
      </w:r>
    </w:p>
    <w:p>
      <w:pPr>
        <w:spacing w:after="160"/>
      </w:pPr>
      <w:r>
        <w:rPr>
          <w:b/>
        </w:rPr>
        <w:t>CLÁUSULAS</w:t>
      </w:r>
    </w:p>
    <w:p>
      <w:pPr>
        <w:spacing w:after="160"/>
      </w:pPr>
      <w:r>
        <w:rPr>
          <w:b w:val="0"/>
        </w:rPr>
        <w:t>PRIMERA. Objeto. EL VENDEDOR transmite a EL COMPRADOR, que adquiere, la plena propiedad del vehículo descrito, libre de cargas y gravámenes salvo que se indique lo contrario.</w:t>
      </w:r>
    </w:p>
    <w:p>
      <w:pPr>
        <w:spacing w:after="160"/>
      </w:pPr>
      <w:r>
        <w:rPr>
          <w:b w:val="0"/>
        </w:rPr>
        <w:t>SEGUNDA. Precio. El precio de la compraventa se fija en ______________ euros (____________ €), que EL COMPRADOR abona en este acto mediante ☐ efectivo   ☐ transferencia bancaria, sirviendo este documento como carta de pago.</w:t>
      </w:r>
    </w:p>
    <w:p>
      <w:pPr>
        <w:spacing w:after="160"/>
      </w:pPr>
      <w:r>
        <w:rPr>
          <w:b w:val="0"/>
        </w:rPr>
        <w:t>TERCERA. Estado del vehículo. EL COMPRADOR declara haber examinado el vehículo y aceptarlo en el estado en que se encuentra, visto y probado a su entera satisfacción.</w:t>
      </w:r>
    </w:p>
    <w:p>
      <w:pPr>
        <w:spacing w:after="160"/>
      </w:pPr>
      <w:r>
        <w:rPr>
          <w:b w:val="0"/>
        </w:rPr>
        <w:t>CUARTA. Cargas. EL VENDEDOR declara bajo su responsabilidad que el vehículo se encuentra libre de cargas, embargos y sanciones pendientes salvo que se indique lo contrario: ___________________________________________________</w:t>
      </w:r>
    </w:p>
    <w:p>
      <w:pPr>
        <w:spacing w:after="160"/>
      </w:pPr>
      <w:r>
        <w:rPr>
          <w:b w:val="0"/>
        </w:rPr>
        <w:t>QUINTA. Documentación. EL VENDEDOR entrega en este acto el permiso de circulación y la ficha técnica del vehículo.</w:t>
      </w:r>
    </w:p>
    <w:p>
      <w:pPr>
        <w:spacing w:after="160"/>
      </w:pPr>
      <w:r>
        <w:rPr>
          <w:b w:val="0"/>
        </w:rPr>
        <w:t>SEXTA. Cambio de titularidad. Ambas partes se comprometen a tramitar el cambio de titularidad ante la Jefatura Provincial de Tráfico en el plazo legalmente establecido.</w:t>
      </w:r>
    </w:p>
    <w:p>
      <w:pPr>
        <w:spacing w:after="160"/>
      </w:pPr>
      <w:r>
        <w:rPr>
          <w:b w:val="0"/>
        </w:rPr>
        <w:t>SÉPTIMA. Gastos. Los gastos e impuestos derivados de esta compraventa, incluido el Impuesto de Transmisiones Patrimoniales, corren a cargo de EL COMPRADOR, salvo pacto en contrario.</w:t>
      </w:r>
    </w:p>
    <w:p>
      <w:pPr>
        <w:spacing w:after="160"/>
      </w:pPr>
      <w:r>
        <w:rPr>
          <w:b w:val="0"/>
        </w:rPr>
        <w:t>OCTAVA. Jurisdicción. Para cuantas cuestiones se deriven de este contrato, ambas partes se someten a los Juzgados y Tribunales correspondientes al domicilio de EL COMPRADOR.</w:t>
      </w:r>
    </w:p>
    <w:p>
      <w:pPr>
        <w:spacing w:after="160"/>
      </w:pPr>
      <w:r>
        <w:rPr>
          <w:b w:val="0"/>
        </w:rPr>
        <w:t>Y en prueba de conformidad, firman el presente documento por duplicado y a un solo efecto en el lugar y fecha arriba indicados.</w:t>
      </w:r>
    </w:p>
    <w:p>
      <w:pPr>
        <w:spacing w:after="160"/>
      </w:pPr>
      <w:r>
        <w:rPr>
          <w:b w:val="0"/>
        </w:rPr>
      </w:r>
    </w:p>
    <w:p>
      <w:r>
        <w:rPr>
          <w:b/>
        </w:rPr>
        <w:t>EL VENDEDOR</w:t>
      </w:r>
      <w:r>
        <w:t xml:space="preserve">                                                              </w:t>
      </w:r>
      <w:r>
        <w:rPr>
          <w:b/>
        </w:rPr>
        <w:t>EL COMPRADOR</w:t>
      </w:r>
    </w:p>
    <w:p>
      <w:pPr>
        <w:spacing w:after="160"/>
      </w:pPr>
      <w:r>
        <w:rPr>
          <w:b w:val="0"/>
        </w:rPr>
      </w:r>
    </w:p>
    <w:p>
      <w:pPr>
        <w:spacing w:after="160"/>
      </w:pPr>
      <w:r>
        <w:rPr>
          <w:b w:val="0"/>
        </w:rPr>
        <w:t>_________________________                          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