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DENUNCIA</w:t>
      </w:r>
    </w:p>
    <w:p/>
    <w:p>
      <w:pPr>
        <w:jc w:val="both"/>
      </w:pPr>
      <w:r>
        <w:t>D./Dña. [NOMBRE Y APELLIDOS], con DNI/NIE [NÚMERO], y domicilio en [DIRECCIÓN COMPLETA], comparece y</w:t>
      </w:r>
    </w:p>
    <w:p/>
    <w:p>
      <w:r>
        <w:rPr>
          <w:b/>
        </w:rPr>
        <w:t>EXPONE</w:t>
      </w:r>
    </w:p>
    <w:p/>
    <w:p>
      <w:pPr>
        <w:jc w:val="both"/>
      </w:pPr>
      <w:r>
        <w:t>Que en fecha [FECHA DE LOS HECHOS] y en [LUGAR DE LOS HECHOS], sucedieron los siguientes hechos: [RELATO DETALLADO: qué ocurrió, quién lo cometió si se conoce, testigos presentes, daños o perjuicios causados].</w:t>
      </w:r>
    </w:p>
    <w:p>
      <w:pPr>
        <w:jc w:val="both"/>
      </w:pPr>
      <w:r>
        <w:t>Que dichos hechos podrían ser constitutivos de un delito de [TIPO DE DELITO, si se conoce; si no, dejar en blanco].</w:t>
      </w:r>
    </w:p>
    <w:p/>
    <w:p>
      <w:pPr>
        <w:jc w:val="both"/>
      </w:pPr>
      <w:r>
        <w:t>Por lo expuesto,</w:t>
      </w:r>
    </w:p>
    <w:p/>
    <w:p>
      <w:r>
        <w:rPr>
          <w:b/>
        </w:rPr>
        <w:t>SOLICITA</w:t>
      </w:r>
    </w:p>
    <w:p/>
    <w:p>
      <w:pPr>
        <w:jc w:val="both"/>
      </w:pPr>
      <w:r>
        <w:t>Que se tenga por presentada esta denuncia, se proceda a la investigación de los hechos relatados y se depuren las responsabilidades penales que pudieran derivarse.</w:t>
      </w:r>
    </w:p>
    <w:p/>
    <w:p>
      <w:pPr>
        <w:jc w:val="both"/>
      </w:pPr>
      <w:r>
        <w:t>En [LUGAR], a [DÍA] de [MES] de [AÑO].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t>Fdo.: [NOMBRE Y APELLIDOS]</w:t>
            </w:r>
          </w:p>
        </w:tc>
        <w:tc>
          <w:tcPr>
            <w:tcW w:type="dxa" w:w="4703"/>
          </w:tcPr>
          <w:p>
            <w:r/>
          </w:p>
        </w:tc>
      </w:tr>
    </w:tbl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