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RECIBO DE ALQUILER</w:t>
      </w:r>
    </w:p>
    <w:p>
      <w:pPr>
        <w:spacing w:after="160"/>
      </w:pPr>
      <w:r>
        <w:rPr>
          <w:b w:val="0"/>
        </w:rPr>
        <w:t>N.º de recibo: ______________</w:t>
      </w:r>
    </w:p>
    <w:p>
      <w:pPr>
        <w:spacing w:after="160"/>
      </w:pPr>
      <w:r>
        <w:rPr>
          <w:b w:val="0"/>
        </w:rPr>
      </w:r>
    </w:p>
    <w:p>
      <w:pPr>
        <w:spacing w:after="160"/>
      </w:pPr>
      <w:r>
        <w:rPr>
          <w:b w:val="0"/>
        </w:rPr>
        <w:t>Recibí de D./Dña. ___________________________________________________, con DNI/NIE n.º ______________, la cantidad de ______________ euros (____________ €).</w:t>
      </w:r>
    </w:p>
    <w:p>
      <w:pPr>
        <w:spacing w:after="160"/>
      </w:pPr>
      <w:r>
        <w:rPr>
          <w:b w:val="0"/>
        </w:rPr>
        <w:t>En concepto de renta del alquiler de la vivienda/local sito en ____________________________________________________________________.</w:t>
      </w:r>
    </w:p>
    <w:p>
      <w:pPr>
        <w:spacing w:after="160"/>
      </w:pPr>
      <w:r>
        <w:rPr>
          <w:b w:val="0"/>
        </w:rPr>
        <w:t>Correspondiente al mes de ___________________ de 20___.</w:t>
      </w:r>
    </w:p>
    <w:p>
      <w:pPr>
        <w:spacing w:after="160"/>
      </w:pPr>
      <w:r>
        <w:rPr>
          <w:b w:val="0"/>
        </w:rPr>
        <w:t>Forma de pago:  ☐ Efectivo   ☐ Transferencia bancaria   ☐ Domiciliación</w:t>
      </w:r>
    </w:p>
    <w:p>
      <w:pPr>
        <w:spacing w:after="160"/>
      </w:pPr>
      <w:r>
        <w:rPr>
          <w:b/>
        </w:rPr>
        <w:t>Datos del arrendador (quien recibe el pago)</w:t>
      </w:r>
    </w:p>
    <w:p>
      <w:pPr>
        <w:spacing w:after="160"/>
      </w:pPr>
      <w:r>
        <w:rPr>
          <w:b w:val="0"/>
        </w:rPr>
        <w:t>Nombre y apellidos: _______________________________________________</w:t>
      </w:r>
    </w:p>
    <w:p>
      <w:pPr>
        <w:spacing w:after="160"/>
      </w:pPr>
      <w:r>
        <w:rPr>
          <w:b w:val="0"/>
        </w:rPr>
        <w:t>DNI/NIE: ________________________</w:t>
      </w:r>
    </w:p>
    <w:p>
      <w:pPr>
        <w:spacing w:after="160"/>
      </w:pPr>
      <w:r>
        <w:rPr>
          <w:b w:val="0"/>
        </w:rPr>
        <w:t>Lugar y fecha: _____________________________, a ____ de _______________ de 20___</w:t>
      </w:r>
    </w:p>
    <w:p>
      <w:pPr>
        <w:spacing w:after="160"/>
      </w:pPr>
      <w:r>
        <w:rPr>
          <w:b w:val="0"/>
        </w:rPr>
      </w:r>
    </w:p>
    <w:p>
      <w:pPr>
        <w:spacing w:after="160"/>
      </w:pPr>
      <w:r>
        <w:rPr>
          <w:b w:val="0"/>
        </w:rPr>
        <w:t>Firma del arrendador:</w:t>
      </w:r>
    </w:p>
    <w:p>
      <w:pPr>
        <w:spacing w:after="80"/>
      </w:pPr>
      <w:r>
        <w:t>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